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6CB48" w14:textId="77777777" w:rsidR="00BA4079" w:rsidRDefault="000203D7">
      <w:pPr>
        <w:pStyle w:val="Titre"/>
      </w:pPr>
      <w:r>
        <w:t>📝</w:t>
      </w:r>
      <w:r>
        <w:t xml:space="preserve"> Formulaire de Demande de Suivi Personnalisé / Rédaction de Courrier</w:t>
      </w:r>
    </w:p>
    <w:p w14:paraId="57714B04" w14:textId="77777777" w:rsidR="00BA4079" w:rsidRDefault="000203D7">
      <w:r>
        <w:t xml:space="preserve">Merci de remplir ce formulaire avec précision afin que votre demande soit traitée rapidement et efficacement. Joignez toute pièce utile (captures d'écran, lettres reçues, </w:t>
      </w:r>
      <w:r>
        <w:t>échéances, etc.).</w:t>
      </w:r>
    </w:p>
    <w:p w14:paraId="3057CBB2" w14:textId="1AA33E98" w:rsidR="00BA4079" w:rsidRDefault="000203D7">
      <w:r>
        <w:t>🔹</w:t>
      </w:r>
      <w:r>
        <w:t xml:space="preserve"> NOM </w:t>
      </w:r>
      <w:r w:rsidRPr="000203D7">
        <w:t>(</w:t>
      </w:r>
      <w:proofErr w:type="spellStart"/>
      <w:r w:rsidRPr="000203D7">
        <w:t>facultatif</w:t>
      </w:r>
      <w:proofErr w:type="spellEnd"/>
      <w:r w:rsidRPr="000203D7">
        <w:t xml:space="preserve">) </w:t>
      </w:r>
      <w:r>
        <w:t xml:space="preserve">/ </w:t>
      </w:r>
      <w:proofErr w:type="spellStart"/>
      <w:proofErr w:type="gramStart"/>
      <w:r>
        <w:t>Prénom</w:t>
      </w:r>
      <w:proofErr w:type="spellEnd"/>
      <w:r>
        <w:t xml:space="preserve"> :</w:t>
      </w:r>
      <w:proofErr w:type="gramEnd"/>
    </w:p>
    <w:p w14:paraId="332E2D14" w14:textId="77777777" w:rsidR="00BA4079" w:rsidRDefault="000203D7">
      <w:r>
        <w:t>__________________________________________________________</w:t>
      </w:r>
    </w:p>
    <w:p w14:paraId="0D8421B3" w14:textId="77777777" w:rsidR="00BA4079" w:rsidRDefault="00BA4079"/>
    <w:p w14:paraId="210D83CE" w14:textId="77777777" w:rsidR="00BA4079" w:rsidRDefault="000203D7">
      <w:r>
        <w:t>🔹</w:t>
      </w:r>
      <w:r>
        <w:t xml:space="preserve"> Adresse email pour la réponse :</w:t>
      </w:r>
    </w:p>
    <w:p w14:paraId="1E863D05" w14:textId="77777777" w:rsidR="00BA4079" w:rsidRDefault="000203D7">
      <w:r>
        <w:t>__________________________________________________________</w:t>
      </w:r>
    </w:p>
    <w:p w14:paraId="1EDFB1B9" w14:textId="77777777" w:rsidR="00BA4079" w:rsidRDefault="00BA4079"/>
    <w:p w14:paraId="06B1D5EF" w14:textId="77777777" w:rsidR="00BA4079" w:rsidRDefault="000203D7">
      <w:r>
        <w:t>🔹</w:t>
      </w:r>
      <w:r>
        <w:t xml:space="preserve"> Téléphone (facultatif) :</w:t>
      </w:r>
    </w:p>
    <w:p w14:paraId="6F68EF7D" w14:textId="77777777" w:rsidR="00BA4079" w:rsidRDefault="000203D7">
      <w:r>
        <w:t>__________________________________________________________</w:t>
      </w:r>
    </w:p>
    <w:p w14:paraId="27B87B0F" w14:textId="77777777" w:rsidR="00BA4079" w:rsidRDefault="00BA4079"/>
    <w:p w14:paraId="6B55B09C" w14:textId="77777777" w:rsidR="00BA4079" w:rsidRDefault="000203D7">
      <w:r>
        <w:t>🔹</w:t>
      </w:r>
      <w:r>
        <w:t xml:space="preserve"> Type de demande (ex. : rédaction courrier, réponse mise en demeure, contestation, autre) :</w:t>
      </w:r>
    </w:p>
    <w:p w14:paraId="5165396C" w14:textId="77777777" w:rsidR="00BA4079" w:rsidRDefault="000203D7">
      <w:r>
        <w:t>__________________________________________________________</w:t>
      </w:r>
    </w:p>
    <w:p w14:paraId="3358BBAD" w14:textId="77777777" w:rsidR="00BA4079" w:rsidRDefault="00BA4079"/>
    <w:p w14:paraId="6E24B4B6" w14:textId="77777777" w:rsidR="00BA4079" w:rsidRDefault="000203D7">
      <w:r>
        <w:t>🔹</w:t>
      </w:r>
      <w:r>
        <w:t xml:space="preserve"> Décrivez ici votre situation (chronologie des événements) :</w:t>
      </w:r>
    </w:p>
    <w:p w14:paraId="1135944B" w14:textId="77777777" w:rsidR="00BA4079" w:rsidRDefault="000203D7">
      <w:r>
        <w:t>__________________________________________________________</w:t>
      </w:r>
    </w:p>
    <w:p w14:paraId="4F86C38F" w14:textId="77777777" w:rsidR="00BA4079" w:rsidRDefault="00BA4079"/>
    <w:p w14:paraId="00091547" w14:textId="77777777" w:rsidR="00BA4079" w:rsidRDefault="000203D7">
      <w:r>
        <w:t>🔹</w:t>
      </w:r>
      <w:r>
        <w:t xml:space="preserve"> Quelles démarches avez-vous déjà entreprises ? (courriers, appels, etc.) :</w:t>
      </w:r>
    </w:p>
    <w:p w14:paraId="7781ED7A" w14:textId="77777777" w:rsidR="00BA4079" w:rsidRDefault="000203D7">
      <w:r>
        <w:t>__________________________________________________________</w:t>
      </w:r>
    </w:p>
    <w:p w14:paraId="4E80535D" w14:textId="77777777" w:rsidR="00BA4079" w:rsidRDefault="00BA4079"/>
    <w:p w14:paraId="2C0AE995" w14:textId="77777777" w:rsidR="00BA4079" w:rsidRDefault="000203D7">
      <w:r>
        <w:t>🔹</w:t>
      </w:r>
      <w:r>
        <w:t xml:space="preserve"> Quelles sont les dates limites ou délais imposés par le créancier / adversaire ?</w:t>
      </w:r>
    </w:p>
    <w:p w14:paraId="39AFC7F4" w14:textId="77777777" w:rsidR="00BA4079" w:rsidRDefault="000203D7">
      <w:r>
        <w:lastRenderedPageBreak/>
        <w:t>__________________________________________________________</w:t>
      </w:r>
    </w:p>
    <w:p w14:paraId="2796B8C7" w14:textId="77777777" w:rsidR="00BA4079" w:rsidRDefault="00BA4079"/>
    <w:p w14:paraId="5C3B7BAA" w14:textId="77777777" w:rsidR="00BA4079" w:rsidRDefault="000203D7">
      <w:r>
        <w:t>🔹</w:t>
      </w:r>
      <w:r>
        <w:t xml:space="preserve"> Quels documents allez-vous joindre ?</w:t>
      </w:r>
    </w:p>
    <w:p w14:paraId="71040CA2" w14:textId="77777777" w:rsidR="00BA4079" w:rsidRDefault="000203D7">
      <w:r>
        <w:t>__________________________________________________________</w:t>
      </w:r>
    </w:p>
    <w:p w14:paraId="4365A7ED" w14:textId="77777777" w:rsidR="00BA4079" w:rsidRDefault="00BA4079"/>
    <w:p w14:paraId="2DE7F95A" w14:textId="77777777" w:rsidR="00BA4079" w:rsidRDefault="000203D7">
      <w:r>
        <w:t>🔹</w:t>
      </w:r>
      <w:r>
        <w:t xml:space="preserve"> Niveau d'urgence estimé : (faible / moyen / fort)</w:t>
      </w:r>
    </w:p>
    <w:p w14:paraId="3755CBC3" w14:textId="77777777" w:rsidR="00BA4079" w:rsidRDefault="000203D7">
      <w:r>
        <w:t>__________________________________________________________</w:t>
      </w:r>
    </w:p>
    <w:p w14:paraId="7176B80D" w14:textId="77777777" w:rsidR="00BA4079" w:rsidRDefault="00BA4079"/>
    <w:p w14:paraId="727FBE1C" w14:textId="77777777" w:rsidR="00BA4079" w:rsidRDefault="000203D7">
      <w:r>
        <w:t>🔹</w:t>
      </w:r>
      <w:r>
        <w:t xml:space="preserve"> Avez-vous déjà effectué un don ? Si oui, montant :</w:t>
      </w:r>
    </w:p>
    <w:p w14:paraId="29AD2DE3" w14:textId="77777777" w:rsidR="00BA4079" w:rsidRDefault="000203D7">
      <w:r>
        <w:t>__________________________________________________________</w:t>
      </w:r>
    </w:p>
    <w:p w14:paraId="73C61EB9" w14:textId="77777777" w:rsidR="00BA4079" w:rsidRDefault="00BA4079"/>
    <w:sectPr w:rsidR="00BA4079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22ACF" w14:textId="77777777" w:rsidR="000203D7" w:rsidRDefault="000203D7">
      <w:pPr>
        <w:spacing w:after="0" w:line="240" w:lineRule="auto"/>
      </w:pPr>
      <w:r>
        <w:separator/>
      </w:r>
    </w:p>
  </w:endnote>
  <w:endnote w:type="continuationSeparator" w:id="0">
    <w:p w14:paraId="6AEABF4D" w14:textId="77777777" w:rsidR="000203D7" w:rsidRDefault="00020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4E322" w14:textId="77777777" w:rsidR="000203D7" w:rsidRDefault="000203D7">
      <w:pPr>
        <w:spacing w:after="0" w:line="240" w:lineRule="auto"/>
      </w:pPr>
      <w:r>
        <w:separator/>
      </w:r>
    </w:p>
  </w:footnote>
  <w:footnote w:type="continuationSeparator" w:id="0">
    <w:p w14:paraId="24A0BA21" w14:textId="77777777" w:rsidR="000203D7" w:rsidRDefault="00020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C822" w14:textId="77777777" w:rsidR="00BA4079" w:rsidRDefault="000203D7">
    <w:pPr>
      <w:pStyle w:val="En-tte"/>
    </w:pPr>
    <w:r>
      <w:rPr>
        <w:noProof/>
      </w:rPr>
      <w:drawing>
        <wp:inline distT="0" distB="0" distL="0" distR="0" wp14:anchorId="312E7315" wp14:editId="5E01B17D">
          <wp:extent cx="1097280" cy="51013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-removebg-previe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97280" cy="5101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57299227">
    <w:abstractNumId w:val="8"/>
  </w:num>
  <w:num w:numId="2" w16cid:durableId="1114710504">
    <w:abstractNumId w:val="6"/>
  </w:num>
  <w:num w:numId="3" w16cid:durableId="1333489653">
    <w:abstractNumId w:val="5"/>
  </w:num>
  <w:num w:numId="4" w16cid:durableId="1343702549">
    <w:abstractNumId w:val="4"/>
  </w:num>
  <w:num w:numId="5" w16cid:durableId="2101750500">
    <w:abstractNumId w:val="7"/>
  </w:num>
  <w:num w:numId="6" w16cid:durableId="1080903867">
    <w:abstractNumId w:val="3"/>
  </w:num>
  <w:num w:numId="7" w16cid:durableId="1711107236">
    <w:abstractNumId w:val="2"/>
  </w:num>
  <w:num w:numId="8" w16cid:durableId="484395319">
    <w:abstractNumId w:val="1"/>
  </w:num>
  <w:num w:numId="9" w16cid:durableId="1031418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03D7"/>
    <w:rsid w:val="00034616"/>
    <w:rsid w:val="0006063C"/>
    <w:rsid w:val="0015074B"/>
    <w:rsid w:val="001C49FA"/>
    <w:rsid w:val="0029639D"/>
    <w:rsid w:val="00326F90"/>
    <w:rsid w:val="00AA1D8D"/>
    <w:rsid w:val="00B47730"/>
    <w:rsid w:val="00BA4079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4427B5"/>
  <w14:defaultImageDpi w14:val="300"/>
  <w15:docId w15:val="{02817ED3-44D1-46BC-8583-AF185A631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Tchaïlyss SAINT-CLAIR</cp:lastModifiedBy>
  <cp:revision>2</cp:revision>
  <dcterms:created xsi:type="dcterms:W3CDTF">2013-12-23T23:15:00Z</dcterms:created>
  <dcterms:modified xsi:type="dcterms:W3CDTF">2025-05-20T13:40:00Z</dcterms:modified>
  <cp:category/>
</cp:coreProperties>
</file>